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394960" cy="303403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1440" w:right="1440" w:bottom="1440" w:left="144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2025-05-08T21:06:12Z</dcterms:created>
  <dcterms:modified xsi:type="dcterms:W3CDTF">2025-05-08T21:06:12Z</dcterms:modified>
  <cp:category/>
</cp:coreProperties>
</file>